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שיטת הבלש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הגזרה של פועל (ע"ו/י, ל"ה/י, פ"י/ו)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את השורש בפעלים קלים ושכיחים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פעלים בגזרות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פ"י/ו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בפועל קָם – שורש ק-ו-ם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נמצאת בסוף השורש, כמו בָּנָה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בפועל יָשַב – שורש י-ש-ב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שָר שייך לגזרת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נקרא גזרת השלמים, בלי אותיות נעלמות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פועל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(ל"ה/י)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קָם - ק-ו-ם, בָּנָה - ב-נ-ה, יָשַב - י-ש-ב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שהתלמיד/ה בחר/ה פועל מגזרת נחים ושהמשפט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שהנח נמצא באמצע השורש, עם דוגמה כמו קָם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בָּנָה, קָנָה או רָאָה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פ"י/ו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בכרטיסיות עם אימוג׳ים לכל גזרה (עיגול כתום לע"ו/י, כחול לל"ה/י, ירוק לפ"י/ו)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מומלץ להתחיל רק מהפעלים עם ניקוד שמופיעים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לגרסת חנ"מ ולהתמקד בזיהוי 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שיטת הבלש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פעלים שבהם אות אחת בשורש משתנה או נעלמת. נלמד לזהות את זה בפעלים פשוטים.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בונים את הפועל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פעלים עם אותו סוג שינוי בשורש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נֶחֱ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שבשורש שלו יש אות ו׳ או י׳ שמשתנה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ע"ו/י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 באמצע השורש, כמו קָם, 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ל"ה/י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 בסוף השורש, כמו בָּנָה, קָנָה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פ"י/ו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 בתחילת השורש, כמו יָשַב, יָרַד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 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הבניין הפשוט ביותר של הפועל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קָם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בָּנָה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יָשַב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קָנָה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רָץ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יָדַע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האות הנחה נמצאת באמצע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ל"ה/י האות הנחה נמצאת בתחילת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פ"י/ו האות הנחה נמצאת בתחילת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שָר שייך לגזרת ל"ה/י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פועל עם שלוש אותיות שלמות נקרא פועל בגזרת הנחים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קָם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בָּנָה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המילה יָשַב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רָץ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המילה קָנָה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השורש של המילה יָרַד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פועל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קָם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בָּנָה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יָשַב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שָר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רָאָה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פ"י/ו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פועל אחד מכל גזרה שלמדנו (ע"ו/י, ל"ה/י, פ"י/ו) וציינו את השורש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קצרים עם פעלים מגזרות הנחים, וסמנו בעיגול את הפועל בכל 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ע"ו/י?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בגזרת ל"ה/י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גזרה האות הנחה נמצאת בתחילת השורש?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– שיטת הבלש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